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AI SEO PROMPT TEMPLATE PACK (2025 EDITION)</w:t>
      </w:r>
    </w:p>
    <w:p>
      <w:pPr>
        <w:jc w:val="center"/>
      </w:pPr>
      <w:r>
        <w:t>By Chris A. | AD Marina</w:t>
      </w:r>
    </w:p>
    <w:p>
      <w:r>
        <w:t>Purpose: 25+ ready-to-use AI SEO prompts designed to help you optimize, structure, and future-proof your content for the age of intelligent search.</w:t>
      </w:r>
    </w:p>
    <w:p>
      <w:pPr>
        <w:pStyle w:val="Heading2"/>
        <w:jc w:val="left"/>
      </w:pPr>
      <w:r>
        <w:t>SECTION 1 — ENTITY MAPPING PROMPTS</w:t>
      </w:r>
    </w:p>
    <w:p>
      <w:r>
        <w:t>Define Your Brand Entity – “You are an AI SEO specialist. Create a structured description of my brand as an entity. Include: name, tagline, description, niche, related entities, and sameAs links.”</w:t>
      </w:r>
    </w:p>
    <w:p>
      <w:r>
        <w:t>Map My Author Entity – “Generate an author schema summary of me, including expertise, organization, and notable works in JSON-LD.”</w:t>
      </w:r>
    </w:p>
    <w:p>
      <w:r>
        <w:t>Identify Brand Relationships – “List 5 related brands, topics, or tools that connect logically to my business within the knowledge graph.”</w:t>
      </w:r>
    </w:p>
    <w:p>
      <w:r>
        <w:t>Clarify Brand Purpose – “Summarize my brand’s purpose in one paragraph optimized for AI understanding.”</w:t>
      </w:r>
    </w:p>
    <w:p>
      <w:r>
        <w:t>Build a Brand Glossary – “Create a glossary of 15 terms that define my brand’s ecosystem, each with a one-line definition.”</w:t>
      </w:r>
    </w:p>
    <w:p>
      <w:pPr>
        <w:pStyle w:val="Heading2"/>
        <w:jc w:val="left"/>
      </w:pPr>
      <w:r>
        <w:t>SECTION 2 — SCHEMA GENERATION PROMPTS</w:t>
      </w:r>
    </w:p>
    <w:p>
      <w:r>
        <w:t>Homepage Schema – “Generate JSON-LD schema for my homepage including Organization, WebSite, and sameAs properties.”</w:t>
      </w:r>
    </w:p>
    <w:p>
      <w:r>
        <w:t>Blog Post Schema – “Write Article schema for this post including author, headline, datePublished, and keywords.”</w:t>
      </w:r>
    </w:p>
    <w:p>
      <w:r>
        <w:t>Product / Service Schema – “Generate JSON-LD markup for a service page about [insert service]. Include price, description, and provider.”</w:t>
      </w:r>
    </w:p>
    <w:p>
      <w:r>
        <w:t>FAQ Schema – “Convert this FAQ into structured FAQPage JSON-LD format.”</w:t>
      </w:r>
    </w:p>
    <w:p>
      <w:r>
        <w:t>Person Schema – “Generate Person schema for me with name, title, website, and social links.”</w:t>
      </w:r>
    </w:p>
    <w:p>
      <w:pPr>
        <w:pStyle w:val="Heading2"/>
        <w:jc w:val="left"/>
      </w:pPr>
      <w:r>
        <w:t>SECTION 3 — CONTENT OPTIMIZATION PROMPTS</w:t>
      </w:r>
    </w:p>
    <w:p>
      <w:r>
        <w:t>Rewrite for AI Comprehension – “Rewrite this paragraph for AI understanding using short sentences, entities, and contextual clarity.”</w:t>
      </w:r>
    </w:p>
    <w:p>
      <w:r>
        <w:t>Add Semantic Links – “Suggest 5 internal links based on entity relationships from this content.”</w:t>
      </w:r>
    </w:p>
    <w:p>
      <w:r>
        <w:t>Enhance Topical Relevance – “Rewrite the introduction of this article to better target AI intent.”</w:t>
      </w:r>
    </w:p>
    <w:p>
      <w:r>
        <w:t>Optimize Tone for Authority – “Rephrase this content to sound authoritative but conversational, suitable for AI summarization.”</w:t>
      </w:r>
    </w:p>
    <w:p>
      <w:r>
        <w:t>Generate a Meta Description – “Write a 155-character SEO meta description optimized for AI-first search.”</w:t>
      </w:r>
    </w:p>
    <w:p>
      <w:pPr>
        <w:pStyle w:val="Heading2"/>
        <w:jc w:val="left"/>
      </w:pPr>
      <w:r>
        <w:t>SECTION 4 — AI SEO STRATEGY PROMPTS</w:t>
      </w:r>
    </w:p>
    <w:p>
      <w:r>
        <w:t>Visibility Roadmap – “Build a 3-phase AI SEO plan to make my brand discoverable in AI-powered search engines.”</w:t>
      </w:r>
    </w:p>
    <w:p>
      <w:r>
        <w:t>Topic Cluster Plan – “Suggest 10 article titles to establish topical authority in [niche].”</w:t>
      </w:r>
    </w:p>
    <w:p>
      <w:r>
        <w:t>Content Hierarchy Builder – “Design a sitemap that connects all my URLs into a semantic network.”</w:t>
      </w:r>
    </w:p>
    <w:p>
      <w:r>
        <w:t>Entity-Building Framework – “Explain how to build strong entity associations for my brand.”</w:t>
      </w:r>
    </w:p>
    <w:p>
      <w:r>
        <w:t>Trust Signals Framework – “List and rank 10 digital trust signals that influence AI perception.”</w:t>
      </w:r>
    </w:p>
    <w:p>
      <w:pPr>
        <w:pStyle w:val="Heading2"/>
        <w:jc w:val="left"/>
      </w:pPr>
      <w:r>
        <w:t>SECTION 5 — AUDIT &amp; TRACKING PROMPTS</w:t>
      </w:r>
    </w:p>
    <w:p>
      <w:r>
        <w:t>AI Visibility Check – “Search AI systems (ChatGPT, Gemini, Perplexity) and summarize how my brand appears.”</w:t>
      </w:r>
    </w:p>
    <w:p>
      <w:r>
        <w:t>Trustworthiness Audit – “Evaluate this website’s credibility signals and give it an AI confidence score.”</w:t>
      </w:r>
    </w:p>
    <w:p>
      <w:r>
        <w:t>Schema Validation – “Check this JSON-LD for errors and recommend improvements.”</w:t>
      </w:r>
    </w:p>
    <w:p>
      <w:r>
        <w:t>Competitor Context Audit – “Analyze how [competitor] is represented in AI summaries and how I can outperform them.”</w:t>
      </w:r>
    </w:p>
    <w:p>
      <w:r>
        <w:t>AI SEO Readiness Score – “Score my website from 0–100 for AI SEO readiness. List 5 areas to improve.”</w:t>
      </w:r>
    </w:p>
    <w:p>
      <w:pPr>
        <w:pStyle w:val="Heading2"/>
      </w:pPr>
      <w:r>
        <w:t>BONUS SECTION — HOW TO USE THESE PROMPTS</w:t>
      </w:r>
    </w:p>
    <w:p>
      <w:r>
        <w:t>1. Copy a prompt and paste into ChatGPT, Gemini, or Claude.</w:t>
        <w:br/>
        <w:t>2. Replace brackets with your brand info.</w:t>
        <w:br/>
        <w:t>3. Review and apply results directly into your site or SEO strategy.</w:t>
        <w:br/>
        <w:t>4. Repeat weekly for improved AI visibility.</w:t>
      </w:r>
    </w:p>
    <w:p>
      <w:r>
        <w:t>💡 Want editable versions of all these prompts — plus dashboards and workflow templates? Get the AI SEO Deluxe Edition (Gumroad – $75).</w:t>
      </w:r>
    </w:p>
    <w:p>
      <w:pPr>
        <w:jc w:val="center"/>
      </w:pPr>
      <w:r>
        <w:t>AI SEO Prompt Template Pack (2025 Edition) | Created by Chris A. | Published by AD Marina | © 2025 AD Marina | admarina.tech/ai-seo-resources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